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כדורגל – המשחק שכולם אוהבים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בסיסיות מעולם הכדורגל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החוקים והעמדות העיקריות במשחק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ספורטיביות וכבוד הדדי במשחק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 על כדורגל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שופט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שער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לשמור שלא יכניסו שער לקבוצה שלו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כל קבוצה מנסה להבקיע שער לקבוצה השנייה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רק השוער יכול לגעת בידיים, ורק באזור מסוים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בעט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שער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מילה לפירוש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(המקום שמכניסים אליו את הכדור)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(האדם ששומר על החוקים במשחק)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(שחקנים ששחקים יחד)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(השחקן ששומר שלא יכניסו שער)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האירועים במשחק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השחקנים מגיעים למגרש ומתחממים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השופט שורק במשרוקית והמשחק מתחיל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הקבוצות מנסות להבקיע שערים אחת לשנייה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בסוף המשחק השחקנים לוחצים ידיים אחד לשני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ומדמיינים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שער – המקום שמכניסים אליו כדור; שופט – שומר על החוקים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שער – מקום שמכניסים אליו את הכדור לנקודה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שופט – שומר על החוקים ושורק במשרוקית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ספורטיביות – לכבד את היריב גם אחרי הפסד, ללחוץ ידיים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משחק קצר בכיתה עם כדור רך כדי להמחיש את המילים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לשתף סיפור אישי על משחק כדורגל שראו או שיחקו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לשים דגש על הערך של ספורטיביות גם כשהתלמידים מתווכחים על תוצאה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כדורגל – המשחק שכולם אוהבים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כדורגל הוא משחק קבוצתי אהוב, עם חוקים, מגרש ושחקנים בעמדות שונות. בדף הזה נתרגל מילים, חוקים וערכים חשובים מהמשחק.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בעט  ·  שער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 על כדורגל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 תוקע במשרוקית ושומר על החוקים?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שחקן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שופט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מאמן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לאן צריך להכניס את הכדור כדי לקבל נקודה?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ספסל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מגרש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התפקיד של השוער?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לבעוט הכי הרבה שערים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לשמור שלא יכניסו שער לקבוצה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לנהל את הקבוצה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במשחק כדורגל יש שתי קבוצות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מותר לכל שחקן לגעת בכדור עם הידיים בכל זמן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השחקן __________ את הכדור לכיוון השער.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כל קבוצה מנסה להכניס את הכדור ל__________ של היריבה.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בין מילה לפירוש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השחקן ששומר שלא יכניסו שער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שופט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המקום שמכניסים אליו את הכדור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קבוצה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האדם ששומר על החוקים במשחק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שוער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שחקנים ששחקים יחד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האירועים במשחק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הקבוצות מנסות להבקיע שערים אחת לשנייה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בסוף המשחק השחקנים לוחצים ידיים אחד לשני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השופט שורק במשרוקית והמשחק מתחיל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השחקנים מגיעים למגרש ומתחממים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כותבים ומדמיינים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שתי מילים מעולם הכדורגל והסבירו מה כל אחת אומרת.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זה שער במשחק כדורגל?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התפקיד של השופט?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כדורגל – המשחק שכולם אוהבים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