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החוקים והעמדות העיקריות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ספורטיביות וכבוד הדדי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לשמור שלא יכניסו שער לקבוצה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ללחוץ ידיים ולהגיד כל הכבוד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מנסה להבקיע שער לקבוצה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 יכול לגעת בידיים, ורק באזור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ספורטיביות כוללת כבוד גם למי שמשחק נגדנו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להפסיד ולהמשיך להשתפר, זה נקרא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ספורטיביות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שמכניסים אליו את הכדור)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(האדם ששומר על החוקים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(שחקנים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(השחקן ששומר שלא יכניסו 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(המקום שמשחקים בו את המשחק)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מגיעים למגרש ומתחממים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במשרוקית והמשחק מתחיל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מנסות להבקיע שערים אחת לשנייה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בסוף המשחק השחקנים לוחצים ידיים אחד לשני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ומדמיינים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שער – המקום שמכניסים אליו כדור; שופט – שומר על החוקים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שער – מקום שמכניסים אליו את הכדור לנקודה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שופט – שומר על החוקים ושורק במשרוקית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ספורטיביות – לכבד את היריב גם אחרי הפסד, ללחוץ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קצר בכיתה עם כדור רך כדי להמחיש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סיפור אישי על משחק כדורגל שראו או שיחקו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הערך של ספורטיביות גם כשהתלמידים מתווכחים על תוצאה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כדורגל הוא משחק כיף עם שתי קבוצות. בדף הזה לומדים מילים חדשות וחוקים פשוטים על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כַּדּוּרֶגֶל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קבוצתי עם כדור ושני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שצריך להכניס אליו את הכדור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קְבוּצָה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שחקנים ששחקים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שׁוֹפֵט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ששומר על החוקים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מִגְרָשׁ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שׁוֹעֵר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שלא יכניסו 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בְּעִיטָה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כשנוגעים בכדור עם הרגל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סְפוֹרְטִיבִיּוּת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לכבד את החברים ואת היריבים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בקבוצה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שומר על החוקים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מכניסים כדור כדי לנצח?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השוער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לבעוט הכי הרבה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שלא יכניסו שער לקבוצה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לנהל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לשפוט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אחרי הפסד כמו ספורטאים טובים?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 ולצעוק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ללחוץ ידיים ולהגיד כל הכבוד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לעזוב בלי להיפרד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להאשים את חברי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כדורגל יש שתי 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שחקן לגעת בכדור עם הידיים בכל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כדורגל הוגן זה גם לכבד את היריב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קבוצה מפסידה זה אומר שהיא לא טובה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השחקן __________ את הכדור לכיוון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קבוצה מנסה להכניס את הכדור ל__________ של היריבה.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שומר על החוקים ושורק במשרוקית.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כשהקבוצה שלנו מפסידה, חשוב להראות __________ ולכבד את המנצחים.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המקום שבו משחקים כדורגל נקרא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שמשחקים בו את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שמכניסים אליו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האדם ששומר על החוקים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שחקנים ששחקים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השחקן ששומר שלא יכניסו 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במשרוקית והמשחק מתחיל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המשחק השחקנים לוחצים ידיים אחד לשני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מגיעים למגרש ומתחממים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מנסות להבקיע שערים אחת לשנייה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ומדמיינים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מעולם הכדורגל והסבירו מה כל אחת אומרת.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שער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התפקיד של השופט?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מראים ספורטיביות אחרי הפסד?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