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מעולם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החוקים והעמדות העיקריות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ספורטיביות וכבוד הדדי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לשמור שלא יכניסו שער לקבוצה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ללחוץ ידיים ולהגיד כל הכבוד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קבוצה מנסה להבקיע שער לקבוצה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השוער יכול לגעת בידיים, ורק באזור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ספורטיביות כוללת כבוד גם למי שמשחק נגדנו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להפסיד ולהמשיך להשתפר, זה נקרא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ספורטיביות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(המקום שמכניסים אליו את הכדור)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(האדם ששומר על החוקים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(שחקנים ששחקים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(השחקן ששומר שלא יכניסו 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(המקום שמשחקים בו את המשחק)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מגיעים למגרש ומתחממים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במשרוקית והמשחק מתחיל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הקבוצות מנסות להבקיע שערים אחת לשנייה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בסוף המשחק השחקנים לוחצים ידיים אחד לשני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ומדמיינים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שער – המקום שמכניסים אליו כדור; שופט – שומר על החוקים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שער – מקום שמכניסים אליו את הכדור לנקודה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שופט – שומר על החוקים ושורק במשרוקית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ספורטיביות – לכבד את היריב גם אחרי הפסד, ללחוץ 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משחק קצר בכיתה עם כדור רך כדי להמחיש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סיפור אישי על משחק כדורגל שראו או שיחקו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דגש על הערך של ספורטיביות גם כשהתלמידים מתווכחים על תוצאה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כדורגל הוא משחק קבוצתי אהוב, עם חוקים, מגרש ושחקנים בעמדות שונות. בדף הזה נתרגל מילים, חוקים וערכים חשובים מהמשחק.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יש בדרך כלל בכל קבוצה במגרש?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תוקע במשרוקית ושומר על החוקים?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צריך להכניס את הכדור כדי לקבל נקודה?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התפקיד של השוער?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לבעוט הכי הרבה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שלא יכניסו שער לקבוצה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לנהל את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לשפוט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התנהגות מראה ספורטיביות אחרי הפסד?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לכעוס ולצעוק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ללחוץ ידיים ולהגיד כל הכבוד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לעזוב בלי להיפרד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להאשים את חברי הקבוצה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כדורגל יש שתי 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לכל שחקן לגעת בכדור עם הידיים בכל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כדורגל הוגן זה גם לכבד את היריב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קבוצה מפסידה זה אומר שהיא לא טובה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השחקן __________ את הכדור לכיוון השער.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קבוצה מנסה להכניס את הכדור ל__________ של היריבה.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שומר על החוקים ושורק במשרוקית.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כשהקבוצה שלנו מפסידה, חשוב להראות __________ ולכבד את המנצחים.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המקום שבו משחקים כדורגל נקרא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המקום שמשחקים בו את המשחק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שחקנים ששחקים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האדם ששומר על החוקים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המקום שמכניסים אליו את הכדור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השחקן ששומר שלא יכניסו 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במשרוקית והמשחק מתחיל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המשחק השחקנים לוחצים ידיים אחד לשני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מגיעים למגרש ומתחממים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מנסות להבקיע שערים אחת לשנייה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ומדמיינים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מעולם הכדורגל והסבירו מה כל אחת אומרת.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שער במשחק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התפקיד של השופט?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מראים ספורטיביות אחרי הפסד?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המשחק שכולם אוהבים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